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ACCFF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План резервного копирования информации, хранящейся на компьютере</w:t>
      </w:r>
    </w:p>
    <w:p w14:paraId="1C172FB3" w14:textId="77777777" w:rsidR="00AB15F3" w:rsidRPr="00D55631" w:rsidRDefault="00AB15F3">
      <w:pPr>
        <w:rPr>
          <w:lang w:val="ru-RU"/>
        </w:rPr>
      </w:pPr>
    </w:p>
    <w:p w14:paraId="16B653F7" w14:textId="41F994EB" w:rsidR="00AB15F3" w:rsidRPr="00D55631" w:rsidRDefault="00000000">
      <w:pPr>
        <w:rPr>
          <w:lang w:val="ru-RU"/>
        </w:rPr>
      </w:pPr>
      <w:r w:rsidRPr="00D55631">
        <w:rPr>
          <w:lang w:val="ru-RU"/>
        </w:rPr>
        <w:t>Резервное копирование — это процесс создания копий важных данных для их восстановления при потере, повреждении файлов или сбоях системы.</w:t>
      </w:r>
    </w:p>
    <w:p w14:paraId="3B68E12B" w14:textId="7E3B3F55" w:rsidR="00AB15F3" w:rsidRPr="00D55631" w:rsidRDefault="00000000">
      <w:pPr>
        <w:rPr>
          <w:lang w:val="ru-RU"/>
        </w:rPr>
      </w:pPr>
      <w:r w:rsidRPr="00D55631">
        <w:rPr>
          <w:lang w:val="ru-RU"/>
        </w:rPr>
        <w:t>Цель резервного копирования — обеспечить сохранность информации и возможность быстрого восстановления данных.</w:t>
      </w:r>
    </w:p>
    <w:p w14:paraId="3E1D868B" w14:textId="5C172034" w:rsidR="00AB15F3" w:rsidRPr="00D55631" w:rsidRDefault="00000000">
      <w:pPr>
        <w:rPr>
          <w:lang w:val="ru-RU"/>
        </w:rPr>
      </w:pPr>
      <w:r w:rsidRPr="00D55631">
        <w:rPr>
          <w:lang w:val="ru-RU"/>
        </w:rPr>
        <w:t>1. Объекты резервного копирования</w:t>
      </w:r>
    </w:p>
    <w:p w14:paraId="00C1E6DE" w14:textId="6B0C90AD" w:rsidR="00AB15F3" w:rsidRPr="00D55631" w:rsidRDefault="00000000">
      <w:pPr>
        <w:rPr>
          <w:lang w:val="ru-RU"/>
        </w:rPr>
      </w:pPr>
      <w:r w:rsidRPr="00D55631">
        <w:rPr>
          <w:lang w:val="ru-RU"/>
        </w:rPr>
        <w:t>К резервному копированию относятся:</w:t>
      </w:r>
    </w:p>
    <w:p w14:paraId="29C2836E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документы пользователя;</w:t>
      </w:r>
    </w:p>
    <w:p w14:paraId="2638CFF5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учебные работы;</w:t>
      </w:r>
    </w:p>
    <w:p w14:paraId="6C8EA36F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отчеты;</w:t>
      </w:r>
    </w:p>
    <w:p w14:paraId="3720CF13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презентации;</w:t>
      </w:r>
    </w:p>
    <w:p w14:paraId="00B4E3CC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таблицы;</w:t>
      </w:r>
    </w:p>
    <w:p w14:paraId="3693BF0F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рабочие проекты;</w:t>
      </w:r>
    </w:p>
    <w:p w14:paraId="5D1573E5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исходный код программ;</w:t>
      </w:r>
    </w:p>
    <w:p w14:paraId="1B0C0E81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базы данных;</w:t>
      </w:r>
    </w:p>
    <w:p w14:paraId="5062AB9B" w14:textId="4F50D51D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фотографии и другие личные файлы.</w:t>
      </w:r>
    </w:p>
    <w:p w14:paraId="5F35CF72" w14:textId="15CF22CC" w:rsidR="00AB15F3" w:rsidRPr="00D55631" w:rsidRDefault="00000000">
      <w:pPr>
        <w:rPr>
          <w:lang w:val="ru-RU"/>
        </w:rPr>
      </w:pPr>
      <w:r w:rsidRPr="00D55631">
        <w:rPr>
          <w:lang w:val="ru-RU"/>
        </w:rPr>
        <w:t>2. Виды резервного копирования</w:t>
      </w:r>
    </w:p>
    <w:p w14:paraId="559C4597" w14:textId="46769C23" w:rsidR="00AB15F3" w:rsidRPr="00D55631" w:rsidRDefault="00000000">
      <w:pPr>
        <w:rPr>
          <w:lang w:val="ru-RU"/>
        </w:rPr>
      </w:pPr>
      <w:r w:rsidRPr="00D55631">
        <w:rPr>
          <w:lang w:val="ru-RU"/>
        </w:rPr>
        <w:t>Полное копирование — создание полной копии всех выбранных данных.</w:t>
      </w:r>
    </w:p>
    <w:p w14:paraId="4EBE26D5" w14:textId="16B0C054" w:rsidR="00AB15F3" w:rsidRPr="00D55631" w:rsidRDefault="00000000">
      <w:pPr>
        <w:rPr>
          <w:lang w:val="ru-RU"/>
        </w:rPr>
      </w:pPr>
      <w:r w:rsidRPr="00D55631">
        <w:rPr>
          <w:lang w:val="ru-RU"/>
        </w:rPr>
        <w:t>Инкрементное копирование — сохранение только тех файлов, которые были изменены после последнего копирования.</w:t>
      </w:r>
    </w:p>
    <w:p w14:paraId="30A5895C" w14:textId="08E6BB6B" w:rsidR="00AB15F3" w:rsidRPr="00D55631" w:rsidRDefault="00000000">
      <w:pPr>
        <w:rPr>
          <w:lang w:val="ru-RU"/>
        </w:rPr>
      </w:pPr>
      <w:r w:rsidRPr="00D55631">
        <w:rPr>
          <w:lang w:val="ru-RU"/>
        </w:rPr>
        <w:t>3. Места хранения резервных копий</w:t>
      </w:r>
    </w:p>
    <w:p w14:paraId="05253A42" w14:textId="132EE3D2" w:rsidR="00AB15F3" w:rsidRPr="00D55631" w:rsidRDefault="00000000">
      <w:pPr>
        <w:rPr>
          <w:lang w:val="ru-RU"/>
        </w:rPr>
      </w:pPr>
      <w:r w:rsidRPr="00D55631">
        <w:rPr>
          <w:lang w:val="ru-RU"/>
        </w:rPr>
        <w:t>Для хранения резервных копий используются:</w:t>
      </w:r>
    </w:p>
    <w:p w14:paraId="0038BB4A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внешний жесткий диск;</w:t>
      </w:r>
    </w:p>
    <w:p w14:paraId="1B75BA09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 xml:space="preserve">- </w:t>
      </w:r>
      <w:proofErr w:type="spellStart"/>
      <w:r w:rsidRPr="00D55631">
        <w:rPr>
          <w:lang w:val="ru-RU"/>
        </w:rPr>
        <w:t>флеш</w:t>
      </w:r>
      <w:proofErr w:type="spellEnd"/>
      <w:r w:rsidRPr="00D55631">
        <w:rPr>
          <w:lang w:val="ru-RU"/>
        </w:rPr>
        <w:t>-накопитель;</w:t>
      </w:r>
    </w:p>
    <w:p w14:paraId="4739C983" w14:textId="57AC9722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облачные хранилища.</w:t>
      </w:r>
    </w:p>
    <w:p w14:paraId="52FBA422" w14:textId="3C2295CA" w:rsidR="00AB15F3" w:rsidRPr="00D55631" w:rsidRDefault="00000000">
      <w:pPr>
        <w:rPr>
          <w:lang w:val="ru-RU"/>
        </w:rPr>
      </w:pPr>
      <w:r w:rsidRPr="00D55631">
        <w:rPr>
          <w:lang w:val="ru-RU"/>
        </w:rPr>
        <w:lastRenderedPageBreak/>
        <w:t>Рекомендуется хранить копии отдельно от основного компьютера.</w:t>
      </w:r>
    </w:p>
    <w:p w14:paraId="6A152A77" w14:textId="1A835A0E" w:rsidR="00AB15F3" w:rsidRPr="00D55631" w:rsidRDefault="00000000">
      <w:pPr>
        <w:rPr>
          <w:lang w:val="ru-RU"/>
        </w:rPr>
      </w:pPr>
      <w:r w:rsidRPr="00D55631">
        <w:rPr>
          <w:lang w:val="ru-RU"/>
        </w:rPr>
        <w:t>4. Периодичность создания копи</w:t>
      </w:r>
    </w:p>
    <w:p w14:paraId="474A291F" w14:textId="3A2A6A09" w:rsidR="00AB15F3" w:rsidRPr="00D55631" w:rsidRDefault="00000000">
      <w:pPr>
        <w:rPr>
          <w:lang w:val="ru-RU"/>
        </w:rPr>
      </w:pPr>
      <w:r w:rsidRPr="00D55631">
        <w:rPr>
          <w:lang w:val="ru-RU"/>
        </w:rPr>
        <w:t>Ежедневно выполняется копирование важных рабочих файлов.</w:t>
      </w:r>
    </w:p>
    <w:p w14:paraId="57F91FCF" w14:textId="30B56683" w:rsidR="00AB15F3" w:rsidRPr="00D55631" w:rsidRDefault="00000000">
      <w:pPr>
        <w:rPr>
          <w:lang w:val="ru-RU"/>
        </w:rPr>
      </w:pPr>
      <w:r w:rsidRPr="00D55631">
        <w:rPr>
          <w:lang w:val="ru-RU"/>
        </w:rPr>
        <w:t>Раз в неделю выполняется проверка резервных копий.</w:t>
      </w:r>
    </w:p>
    <w:p w14:paraId="1D9776AC" w14:textId="0E215B3A" w:rsidR="00AB15F3" w:rsidRPr="00D55631" w:rsidRDefault="00000000">
      <w:pPr>
        <w:rPr>
          <w:lang w:val="ru-RU"/>
        </w:rPr>
      </w:pPr>
      <w:r w:rsidRPr="00D55631">
        <w:rPr>
          <w:lang w:val="ru-RU"/>
        </w:rPr>
        <w:t>Раз в месяц создается полная копия данных.</w:t>
      </w:r>
    </w:p>
    <w:p w14:paraId="46A6E47A" w14:textId="65CD401C" w:rsidR="00AB15F3" w:rsidRPr="00D55631" w:rsidRDefault="00000000">
      <w:pPr>
        <w:rPr>
          <w:lang w:val="ru-RU"/>
        </w:rPr>
      </w:pPr>
      <w:r w:rsidRPr="00D55631">
        <w:rPr>
          <w:lang w:val="ru-RU"/>
        </w:rPr>
        <w:t>5. Порядок выполнения резервного копирования</w:t>
      </w:r>
    </w:p>
    <w:p w14:paraId="0B980453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1. Подключить внешний носитель.</w:t>
      </w:r>
    </w:p>
    <w:p w14:paraId="61EA9C1F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2. Выбрать необходимые папки и файлы.</w:t>
      </w:r>
    </w:p>
    <w:p w14:paraId="00744568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3. Запустить программу резервного копирования.</w:t>
      </w:r>
    </w:p>
    <w:p w14:paraId="079748BA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4. Выполнить создание копии.</w:t>
      </w:r>
    </w:p>
    <w:p w14:paraId="5E2E65C7" w14:textId="039550C0" w:rsidR="00AB15F3" w:rsidRPr="00D55631" w:rsidRDefault="00000000">
      <w:pPr>
        <w:rPr>
          <w:lang w:val="ru-RU"/>
        </w:rPr>
      </w:pPr>
      <w:r w:rsidRPr="00D55631">
        <w:rPr>
          <w:lang w:val="ru-RU"/>
        </w:rPr>
        <w:t>5. Проверить наличие сохраненных данных.</w:t>
      </w:r>
    </w:p>
    <w:p w14:paraId="61AA9E63" w14:textId="5AD6F582" w:rsidR="00AB15F3" w:rsidRPr="00D55631" w:rsidRDefault="00000000">
      <w:pPr>
        <w:rPr>
          <w:lang w:val="ru-RU"/>
        </w:rPr>
      </w:pPr>
      <w:r w:rsidRPr="00D55631">
        <w:rPr>
          <w:lang w:val="ru-RU"/>
        </w:rPr>
        <w:t>6. Восстановление информации</w:t>
      </w:r>
    </w:p>
    <w:p w14:paraId="195A1FCB" w14:textId="00D3DD21" w:rsidR="00AB15F3" w:rsidRPr="00D55631" w:rsidRDefault="00000000">
      <w:pPr>
        <w:rPr>
          <w:lang w:val="ru-RU"/>
        </w:rPr>
      </w:pPr>
      <w:r w:rsidRPr="00D55631">
        <w:rPr>
          <w:lang w:val="ru-RU"/>
        </w:rPr>
        <w:t>Для восстановления необходимо:</w:t>
      </w:r>
    </w:p>
    <w:p w14:paraId="31826CA3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1. Подключить устройство с резервной копией.</w:t>
      </w:r>
    </w:p>
    <w:p w14:paraId="738E8466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2. Найти нужный архив.</w:t>
      </w:r>
    </w:p>
    <w:p w14:paraId="3D7A3F6E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3. Выбрать необходимые файлы.</w:t>
      </w:r>
    </w:p>
    <w:p w14:paraId="56405E86" w14:textId="25B7375E" w:rsidR="00AB15F3" w:rsidRPr="00D55631" w:rsidRDefault="00000000">
      <w:pPr>
        <w:rPr>
          <w:lang w:val="ru-RU"/>
        </w:rPr>
      </w:pPr>
      <w:r w:rsidRPr="00D55631">
        <w:rPr>
          <w:lang w:val="ru-RU"/>
        </w:rPr>
        <w:t>4. Выполнить восстановление.</w:t>
      </w:r>
    </w:p>
    <w:p w14:paraId="393E4548" w14:textId="4FFC8640" w:rsidR="00AB15F3" w:rsidRPr="00D55631" w:rsidRDefault="00000000">
      <w:pPr>
        <w:rPr>
          <w:lang w:val="ru-RU"/>
        </w:rPr>
      </w:pPr>
      <w:r w:rsidRPr="00D55631">
        <w:rPr>
          <w:lang w:val="ru-RU"/>
        </w:rPr>
        <w:t>7. Меры безопасности</w:t>
      </w:r>
    </w:p>
    <w:p w14:paraId="5B2C682B" w14:textId="7B4638C3" w:rsidR="00AB15F3" w:rsidRPr="00D55631" w:rsidRDefault="00000000">
      <w:pPr>
        <w:rPr>
          <w:lang w:val="ru-RU"/>
        </w:rPr>
      </w:pPr>
      <w:r w:rsidRPr="00D55631">
        <w:rPr>
          <w:lang w:val="ru-RU"/>
        </w:rPr>
        <w:t>Для защиты резервных копий необходимо:</w:t>
      </w:r>
    </w:p>
    <w:p w14:paraId="51A52897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использовать антивирусную защиту;</w:t>
      </w:r>
    </w:p>
    <w:p w14:paraId="48130312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проверять файлы;</w:t>
      </w:r>
    </w:p>
    <w:p w14:paraId="1C6997B1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использовать пароли для архивов;</w:t>
      </w:r>
    </w:p>
    <w:p w14:paraId="19ED2616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t>- регулярно проверять возможность восстановления данных.</w:t>
      </w:r>
    </w:p>
    <w:p w14:paraId="39DAEA17" w14:textId="77777777" w:rsidR="00AB15F3" w:rsidRPr="00D55631" w:rsidRDefault="00AB15F3">
      <w:pPr>
        <w:rPr>
          <w:lang w:val="ru-RU"/>
        </w:rPr>
      </w:pPr>
    </w:p>
    <w:p w14:paraId="7DEB7A53" w14:textId="146B8126" w:rsidR="00AB15F3" w:rsidRPr="00D55631" w:rsidRDefault="00000000">
      <w:pPr>
        <w:rPr>
          <w:lang w:val="ru-RU"/>
        </w:rPr>
      </w:pPr>
      <w:r w:rsidRPr="00D55631">
        <w:rPr>
          <w:lang w:val="ru-RU"/>
        </w:rPr>
        <w:t>Вывод:</w:t>
      </w:r>
    </w:p>
    <w:p w14:paraId="4DC0AC66" w14:textId="77777777" w:rsidR="00AB15F3" w:rsidRPr="00D55631" w:rsidRDefault="00000000">
      <w:pPr>
        <w:rPr>
          <w:lang w:val="ru-RU"/>
        </w:rPr>
      </w:pPr>
      <w:r w:rsidRPr="00D55631">
        <w:rPr>
          <w:lang w:val="ru-RU"/>
        </w:rPr>
        <w:lastRenderedPageBreak/>
        <w:t>План резервного копирования позволяет защитить важную информацию от потери и обеспечить ее восстановление при возникновении непредвиденных ситуаций.</w:t>
      </w:r>
    </w:p>
    <w:p w14:paraId="73A2B4C5" w14:textId="77777777" w:rsidR="00AB15F3" w:rsidRPr="00D55631" w:rsidRDefault="00AB15F3">
      <w:pPr>
        <w:rPr>
          <w:lang w:val="ru-RU"/>
        </w:rPr>
      </w:pPr>
    </w:p>
    <w:sectPr w:rsidR="00AB15F3" w:rsidRPr="00D556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6365042">
    <w:abstractNumId w:val="8"/>
  </w:num>
  <w:num w:numId="2" w16cid:durableId="1840926477">
    <w:abstractNumId w:val="6"/>
  </w:num>
  <w:num w:numId="3" w16cid:durableId="375812704">
    <w:abstractNumId w:val="5"/>
  </w:num>
  <w:num w:numId="4" w16cid:durableId="813915787">
    <w:abstractNumId w:val="4"/>
  </w:num>
  <w:num w:numId="5" w16cid:durableId="206138433">
    <w:abstractNumId w:val="7"/>
  </w:num>
  <w:num w:numId="6" w16cid:durableId="685718881">
    <w:abstractNumId w:val="3"/>
  </w:num>
  <w:num w:numId="7" w16cid:durableId="1026564682">
    <w:abstractNumId w:val="2"/>
  </w:num>
  <w:num w:numId="8" w16cid:durableId="823937779">
    <w:abstractNumId w:val="1"/>
  </w:num>
  <w:num w:numId="9" w16cid:durableId="22854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D28EB"/>
    <w:rsid w:val="00AA1D8D"/>
    <w:rsid w:val="00AB15F3"/>
    <w:rsid w:val="00B47730"/>
    <w:rsid w:val="00CB0664"/>
    <w:rsid w:val="00D556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8A656"/>
  <w14:defaultImageDpi w14:val="300"/>
  <w15:docId w15:val="{52ABCFF0-9953-4664-8422-86B6B7BB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sens666</cp:lastModifiedBy>
  <cp:revision>2</cp:revision>
  <dcterms:created xsi:type="dcterms:W3CDTF">2026-06-16T22:35:00Z</dcterms:created>
  <dcterms:modified xsi:type="dcterms:W3CDTF">2026-06-16T22:35:00Z</dcterms:modified>
  <cp:category/>
</cp:coreProperties>
</file>