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CCB8C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1. НАЗНАЧЕНИЕ ПРОГРАММЫ</w:t>
      </w:r>
    </w:p>
    <w:p w14:paraId="4F399F3D" w14:textId="77777777" w:rsidR="00AC3722" w:rsidRPr="007D3805" w:rsidRDefault="00AC3722">
      <w:pPr>
        <w:rPr>
          <w:rFonts w:asciiTheme="minorHAnsi" w:hAnsiTheme="minorHAnsi"/>
          <w:szCs w:val="24"/>
          <w:lang w:val="ru-RU"/>
        </w:rPr>
      </w:pPr>
    </w:p>
    <w:p w14:paraId="13FD5E95" w14:textId="7F2628D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Программа «Учет успеваемости студентов» предназначена для автоматизации процесса хранения и обработки информации об успеваемости студентов.</w:t>
      </w:r>
    </w:p>
    <w:p w14:paraId="7A223565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Система позволяет:</w:t>
      </w:r>
    </w:p>
    <w:p w14:paraId="0D675789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добавлять информацию о студентах;</w:t>
      </w:r>
    </w:p>
    <w:p w14:paraId="5095CF5A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вносить оценки по дисциплинам;</w:t>
      </w:r>
    </w:p>
    <w:p w14:paraId="1E408C75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просматривать успеваемость;</w:t>
      </w:r>
    </w:p>
    <w:p w14:paraId="2D593966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выполнять поиск студентов;</w:t>
      </w:r>
    </w:p>
    <w:p w14:paraId="1A7B85F0" w14:textId="272785C8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формировать отчеты.</w:t>
      </w:r>
    </w:p>
    <w:p w14:paraId="77C296F5" w14:textId="77777777" w:rsidR="00156A6B" w:rsidRPr="007D3805" w:rsidRDefault="00156A6B">
      <w:pPr>
        <w:rPr>
          <w:rFonts w:asciiTheme="minorHAnsi" w:hAnsiTheme="minorHAnsi"/>
          <w:szCs w:val="24"/>
          <w:lang w:val="ru-RU"/>
        </w:rPr>
      </w:pPr>
    </w:p>
    <w:p w14:paraId="70360CA5" w14:textId="514D8D03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2. УСЛОВИЯ ВЫПОЛНЕНИЯ ПРОГРАММ</w:t>
      </w:r>
    </w:p>
    <w:p w14:paraId="649014A5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Технические средства:</w:t>
      </w:r>
    </w:p>
    <w:p w14:paraId="0674DDC7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персональный компьютер;</w:t>
      </w:r>
    </w:p>
    <w:p w14:paraId="4C6CDAFB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 xml:space="preserve">- процессор </w:t>
      </w:r>
      <w:r w:rsidRPr="007D3805">
        <w:rPr>
          <w:rFonts w:asciiTheme="minorHAnsi" w:hAnsiTheme="minorHAnsi"/>
          <w:szCs w:val="24"/>
        </w:rPr>
        <w:t>Intel</w:t>
      </w:r>
      <w:r w:rsidRPr="007D3805">
        <w:rPr>
          <w:rFonts w:asciiTheme="minorHAnsi" w:hAnsiTheme="minorHAnsi"/>
          <w:szCs w:val="24"/>
          <w:lang w:val="ru-RU"/>
        </w:rPr>
        <w:t xml:space="preserve"> </w:t>
      </w:r>
      <w:r w:rsidRPr="007D3805">
        <w:rPr>
          <w:rFonts w:asciiTheme="minorHAnsi" w:hAnsiTheme="minorHAnsi"/>
          <w:szCs w:val="24"/>
        </w:rPr>
        <w:t>Core</w:t>
      </w:r>
      <w:r w:rsidRPr="007D3805">
        <w:rPr>
          <w:rFonts w:asciiTheme="minorHAnsi" w:hAnsiTheme="minorHAnsi"/>
          <w:szCs w:val="24"/>
          <w:lang w:val="ru-RU"/>
        </w:rPr>
        <w:t xml:space="preserve"> </w:t>
      </w:r>
      <w:proofErr w:type="spellStart"/>
      <w:r w:rsidRPr="007D3805">
        <w:rPr>
          <w:rFonts w:asciiTheme="minorHAnsi" w:hAnsiTheme="minorHAnsi"/>
          <w:szCs w:val="24"/>
        </w:rPr>
        <w:t>i</w:t>
      </w:r>
      <w:proofErr w:type="spellEnd"/>
      <w:r w:rsidRPr="007D3805">
        <w:rPr>
          <w:rFonts w:asciiTheme="minorHAnsi" w:hAnsiTheme="minorHAnsi"/>
          <w:szCs w:val="24"/>
          <w:lang w:val="ru-RU"/>
        </w:rPr>
        <w:t>3 и выше;</w:t>
      </w:r>
    </w:p>
    <w:p w14:paraId="0719B829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оперативная память от 4 ГБ;</w:t>
      </w:r>
    </w:p>
    <w:p w14:paraId="17CD3E80" w14:textId="345EE035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свободное место от 500 МБ.</w:t>
      </w:r>
    </w:p>
    <w:p w14:paraId="37E381AE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Программные средства:</w:t>
      </w:r>
    </w:p>
    <w:p w14:paraId="2DF2B2A3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 xml:space="preserve">- </w:t>
      </w:r>
      <w:r w:rsidRPr="007D3805">
        <w:rPr>
          <w:rFonts w:asciiTheme="minorHAnsi" w:hAnsiTheme="minorHAnsi"/>
          <w:szCs w:val="24"/>
        </w:rPr>
        <w:t>Windows</w:t>
      </w:r>
      <w:r w:rsidRPr="007D3805">
        <w:rPr>
          <w:rFonts w:asciiTheme="minorHAnsi" w:hAnsiTheme="minorHAnsi"/>
          <w:szCs w:val="24"/>
          <w:lang w:val="ru-RU"/>
        </w:rPr>
        <w:t xml:space="preserve"> 10/11;</w:t>
      </w:r>
    </w:p>
    <w:p w14:paraId="7EF7A36E" w14:textId="778E97B5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 xml:space="preserve">- база данных </w:t>
      </w:r>
      <w:r w:rsidRPr="007D3805">
        <w:rPr>
          <w:rFonts w:asciiTheme="minorHAnsi" w:hAnsiTheme="minorHAnsi"/>
          <w:szCs w:val="24"/>
        </w:rPr>
        <w:t>SQLite</w:t>
      </w:r>
      <w:r w:rsidRPr="007D3805">
        <w:rPr>
          <w:rFonts w:asciiTheme="minorHAnsi" w:hAnsiTheme="minorHAnsi"/>
          <w:szCs w:val="24"/>
          <w:lang w:val="ru-RU"/>
        </w:rPr>
        <w:t>.</w:t>
      </w:r>
    </w:p>
    <w:p w14:paraId="77D44E89" w14:textId="2671D1E9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3. ЗАПУСК ПРОГРАММЫ</w:t>
      </w:r>
    </w:p>
    <w:p w14:paraId="26D5C4A6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Для запуска необходимо:</w:t>
      </w:r>
    </w:p>
    <w:p w14:paraId="71E5D6EA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1. Включить компьютер.</w:t>
      </w:r>
    </w:p>
    <w:p w14:paraId="1972BB35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2. Открыть папку с программой.</w:t>
      </w:r>
    </w:p>
    <w:p w14:paraId="37CDAB77" w14:textId="281AC7DB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3. Запустить файл приложения.</w:t>
      </w:r>
    </w:p>
    <w:p w14:paraId="46DDA9FA" w14:textId="16647CF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lastRenderedPageBreak/>
        <w:t>После запуска открывается главное окно программы.</w:t>
      </w:r>
    </w:p>
    <w:p w14:paraId="55F37C5E" w14:textId="77C9DE5D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4. ОПИСАНИЕ ОПЕРАЦИЙ ОПЕРАТОРА</w:t>
      </w:r>
    </w:p>
    <w:p w14:paraId="35C94F1C" w14:textId="45981E29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4.1 Авторизация пользовател</w:t>
      </w:r>
      <w:r w:rsidR="00156A6B" w:rsidRPr="007D3805">
        <w:rPr>
          <w:rFonts w:asciiTheme="minorHAnsi" w:hAnsiTheme="minorHAnsi"/>
          <w:szCs w:val="24"/>
          <w:lang w:val="ru-RU"/>
        </w:rPr>
        <w:t>я</w:t>
      </w:r>
    </w:p>
    <w:p w14:paraId="06ECB56D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Оператор вводит логин и пароль и нажимает кнопку «Войти».</w:t>
      </w:r>
    </w:p>
    <w:p w14:paraId="5B5834B4" w14:textId="232B239B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При успешной проверке открывается главное меню.</w:t>
      </w:r>
    </w:p>
    <w:p w14:paraId="06B78AC3" w14:textId="5D33B171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4.2 Добавление студента</w:t>
      </w:r>
    </w:p>
    <w:p w14:paraId="4A530BC5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Необходимо открыть раздел «Студенты».</w:t>
      </w:r>
    </w:p>
    <w:p w14:paraId="6EF74F7E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Нажать кнопку «Добавить».</w:t>
      </w:r>
    </w:p>
    <w:p w14:paraId="20B18731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Заполнить поля:</w:t>
      </w:r>
    </w:p>
    <w:p w14:paraId="559C245D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Фамилия;</w:t>
      </w:r>
    </w:p>
    <w:p w14:paraId="622BDB26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Имя;</w:t>
      </w:r>
    </w:p>
    <w:p w14:paraId="47833911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Группа;</w:t>
      </w:r>
    </w:p>
    <w:p w14:paraId="44373909" w14:textId="5F7D18F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- Номер студенческого билета.</w:t>
      </w:r>
    </w:p>
    <w:p w14:paraId="2CA0E7C6" w14:textId="278CCC0F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Нажать кнопку «Сохранить»</w:t>
      </w:r>
    </w:p>
    <w:p w14:paraId="774686B8" w14:textId="02B2FC7C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4.3 Добавление оценки</w:t>
      </w:r>
    </w:p>
    <w:p w14:paraId="67AB301C" w14:textId="48AC5A81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Открыть раздел «Оценки»</w:t>
      </w:r>
    </w:p>
    <w:p w14:paraId="2D619856" w14:textId="1E9802B3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Выбрать студента</w:t>
      </w:r>
    </w:p>
    <w:p w14:paraId="141DDFE1" w14:textId="12A35246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Указать дисциплину и оценку</w:t>
      </w:r>
    </w:p>
    <w:p w14:paraId="1B1E6C4F" w14:textId="7A61BD2D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Сохранить изменения</w:t>
      </w:r>
    </w:p>
    <w:p w14:paraId="792DC3A0" w14:textId="77777777" w:rsidR="00AC3722" w:rsidRPr="007D3805" w:rsidRDefault="00AC3722">
      <w:pPr>
        <w:rPr>
          <w:rFonts w:asciiTheme="minorHAnsi" w:hAnsiTheme="minorHAnsi"/>
          <w:szCs w:val="24"/>
          <w:lang w:val="ru-RU"/>
        </w:rPr>
      </w:pPr>
    </w:p>
    <w:p w14:paraId="5D4D4EEC" w14:textId="2F05744A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4.4 Просмотр успеваемости</w:t>
      </w:r>
    </w:p>
    <w:p w14:paraId="79D99BA8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Открыть раздел «Отчеты».</w:t>
      </w:r>
    </w:p>
    <w:p w14:paraId="2C3579C3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Выбрать студента или группу.</w:t>
      </w:r>
    </w:p>
    <w:p w14:paraId="2E417D56" w14:textId="0E88BE9E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Нажать кнопку «Показать».</w:t>
      </w:r>
    </w:p>
    <w:p w14:paraId="76F71760" w14:textId="4D45EC58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Отображается список дисциплин и оценки.</w:t>
      </w:r>
    </w:p>
    <w:p w14:paraId="7ECE1852" w14:textId="6EC66CB9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lastRenderedPageBreak/>
        <w:t>4.5 Поиск студента</w:t>
      </w:r>
    </w:p>
    <w:p w14:paraId="4388006B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В разделе «Студенты» ввести фамилию или группу.</w:t>
      </w:r>
    </w:p>
    <w:p w14:paraId="654A8C4F" w14:textId="60F33F0B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Нажать кнопку «Поиск».</w:t>
      </w:r>
    </w:p>
    <w:p w14:paraId="249E5EF8" w14:textId="340C8FBE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4.6 Удаление записи</w:t>
      </w:r>
    </w:p>
    <w:p w14:paraId="6AAE04EA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Выбрать запись.</w:t>
      </w:r>
    </w:p>
    <w:p w14:paraId="30FF8762" w14:textId="6ABB71E0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Нажать кнопку «Удалить»</w:t>
      </w:r>
    </w:p>
    <w:p w14:paraId="1E641B8A" w14:textId="208D607D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Подтвердить действие</w:t>
      </w:r>
    </w:p>
    <w:p w14:paraId="54078448" w14:textId="6573F38C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5. ВОЗМОЖНЫЕ ОШИБКИ</w:t>
      </w:r>
    </w:p>
    <w:p w14:paraId="3F6AAF00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Ошибка: программа не запускается.</w:t>
      </w:r>
    </w:p>
    <w:p w14:paraId="7526EFBC" w14:textId="51026F48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Решение: проверить установку программы.</w:t>
      </w:r>
    </w:p>
    <w:p w14:paraId="71C7E32C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Ошибка: нет подключения к базе данных.</w:t>
      </w:r>
    </w:p>
    <w:p w14:paraId="20082DA7" w14:textId="48ADDCF5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Решение: проверить файл базы данных.</w:t>
      </w:r>
    </w:p>
    <w:p w14:paraId="74CC1636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Ошибка: данные не сохраняются.</w:t>
      </w:r>
    </w:p>
    <w:p w14:paraId="17D93B82" w14:textId="7665E6FB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Решение: заполнить обязательные поля.</w:t>
      </w:r>
    </w:p>
    <w:p w14:paraId="602BE1A0" w14:textId="3E5B1E80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6. АВАРИЙНЫЕ СИТУАЦИИ</w:t>
      </w:r>
    </w:p>
    <w:p w14:paraId="0E7B9490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При возникновении ошибки необходимо закрыть программу и выполнить повторный запуск.</w:t>
      </w:r>
    </w:p>
    <w:p w14:paraId="35FF1F32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Если проблема сохраняется, обратиться к администратору.</w:t>
      </w:r>
    </w:p>
    <w:p w14:paraId="175C9490" w14:textId="77777777" w:rsidR="00AC3722" w:rsidRPr="007D3805" w:rsidRDefault="00AC3722">
      <w:pPr>
        <w:rPr>
          <w:rFonts w:asciiTheme="minorHAnsi" w:hAnsiTheme="minorHAnsi"/>
          <w:szCs w:val="24"/>
          <w:lang w:val="ru-RU"/>
        </w:rPr>
      </w:pPr>
    </w:p>
    <w:p w14:paraId="55BC1228" w14:textId="77777777" w:rsidR="00AC3722" w:rsidRPr="007D3805" w:rsidRDefault="00AC3722">
      <w:pPr>
        <w:rPr>
          <w:rFonts w:asciiTheme="minorHAnsi" w:hAnsiTheme="minorHAnsi"/>
          <w:szCs w:val="24"/>
          <w:lang w:val="ru-RU"/>
        </w:rPr>
      </w:pPr>
    </w:p>
    <w:p w14:paraId="2B116B10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7. ЗАВЕРШЕНИЕ РАБОТЫ</w:t>
      </w:r>
    </w:p>
    <w:p w14:paraId="5645192E" w14:textId="77777777" w:rsidR="00AC3722" w:rsidRPr="007D3805" w:rsidRDefault="00AC3722">
      <w:pPr>
        <w:rPr>
          <w:rFonts w:asciiTheme="minorHAnsi" w:hAnsiTheme="minorHAnsi"/>
          <w:szCs w:val="24"/>
          <w:lang w:val="ru-RU"/>
        </w:rPr>
      </w:pPr>
    </w:p>
    <w:p w14:paraId="33E3E7C8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Перед завершением работы необходимо сохранить данные и нажать кнопку «Выход».</w:t>
      </w:r>
    </w:p>
    <w:p w14:paraId="493FB6FA" w14:textId="77777777" w:rsidR="00AC3722" w:rsidRPr="007D3805" w:rsidRDefault="00AC3722">
      <w:pPr>
        <w:rPr>
          <w:rFonts w:asciiTheme="minorHAnsi" w:hAnsiTheme="minorHAnsi"/>
          <w:szCs w:val="24"/>
          <w:lang w:val="ru-RU"/>
        </w:rPr>
      </w:pPr>
    </w:p>
    <w:p w14:paraId="2C5B6E10" w14:textId="77777777" w:rsidR="00AC3722" w:rsidRPr="007D3805" w:rsidRDefault="00AC3722">
      <w:pPr>
        <w:rPr>
          <w:rFonts w:asciiTheme="minorHAnsi" w:hAnsiTheme="minorHAnsi"/>
          <w:szCs w:val="24"/>
          <w:lang w:val="ru-RU"/>
        </w:rPr>
      </w:pPr>
    </w:p>
    <w:p w14:paraId="1534E571" w14:textId="65F4D2B9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8. СООБЩЕНИЯ ПРОГРАММЫ</w:t>
      </w:r>
    </w:p>
    <w:p w14:paraId="2952EB48" w14:textId="77777777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Программа может выводить сообщения:</w:t>
      </w:r>
    </w:p>
    <w:p w14:paraId="6D18EAB7" w14:textId="7D44D476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«Данные сохранены»;</w:t>
      </w:r>
    </w:p>
    <w:p w14:paraId="6FF16C35" w14:textId="5AAC4C0F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«Ошибка подключения»;</w:t>
      </w:r>
    </w:p>
    <w:p w14:paraId="1BD125AB" w14:textId="4B5C53A0" w:rsidR="00AC3722" w:rsidRPr="007D3805" w:rsidRDefault="00000000">
      <w:pPr>
        <w:rPr>
          <w:rFonts w:asciiTheme="minorHAnsi" w:hAnsiTheme="minorHAnsi"/>
          <w:szCs w:val="24"/>
          <w:lang w:val="ru-RU"/>
        </w:rPr>
      </w:pPr>
      <w:r w:rsidRPr="007D3805">
        <w:rPr>
          <w:rFonts w:asciiTheme="minorHAnsi" w:hAnsiTheme="minorHAnsi"/>
          <w:szCs w:val="24"/>
          <w:lang w:val="ru-RU"/>
        </w:rPr>
        <w:t>«Операция выполнена успешно»;</w:t>
      </w:r>
    </w:p>
    <w:p w14:paraId="419EC0B3" w14:textId="31C53A9A" w:rsidR="00AC3722" w:rsidRPr="007D3805" w:rsidRDefault="00000000">
      <w:pPr>
        <w:rPr>
          <w:rFonts w:asciiTheme="minorHAnsi" w:hAnsiTheme="minorHAnsi"/>
          <w:szCs w:val="24"/>
        </w:rPr>
      </w:pPr>
      <w:r w:rsidRPr="007D3805">
        <w:rPr>
          <w:rFonts w:asciiTheme="minorHAnsi" w:hAnsiTheme="minorHAnsi"/>
          <w:szCs w:val="24"/>
        </w:rPr>
        <w:t>«</w:t>
      </w:r>
      <w:proofErr w:type="spellStart"/>
      <w:r w:rsidRPr="007D3805">
        <w:rPr>
          <w:rFonts w:asciiTheme="minorHAnsi" w:hAnsiTheme="minorHAnsi"/>
          <w:szCs w:val="24"/>
        </w:rPr>
        <w:t>Нет</w:t>
      </w:r>
      <w:proofErr w:type="spellEnd"/>
      <w:r w:rsidRPr="007D3805">
        <w:rPr>
          <w:rFonts w:asciiTheme="minorHAnsi" w:hAnsiTheme="minorHAnsi"/>
          <w:szCs w:val="24"/>
        </w:rPr>
        <w:t xml:space="preserve"> </w:t>
      </w:r>
      <w:proofErr w:type="spellStart"/>
      <w:r w:rsidRPr="007D3805">
        <w:rPr>
          <w:rFonts w:asciiTheme="minorHAnsi" w:hAnsiTheme="minorHAnsi"/>
          <w:szCs w:val="24"/>
        </w:rPr>
        <w:t>найденных</w:t>
      </w:r>
      <w:proofErr w:type="spellEnd"/>
      <w:r w:rsidRPr="007D3805">
        <w:rPr>
          <w:rFonts w:asciiTheme="minorHAnsi" w:hAnsiTheme="minorHAnsi"/>
          <w:szCs w:val="24"/>
        </w:rPr>
        <w:t xml:space="preserve"> </w:t>
      </w:r>
      <w:proofErr w:type="spellStart"/>
      <w:r w:rsidRPr="007D3805">
        <w:rPr>
          <w:rFonts w:asciiTheme="minorHAnsi" w:hAnsiTheme="minorHAnsi"/>
          <w:szCs w:val="24"/>
        </w:rPr>
        <w:t>записей</w:t>
      </w:r>
      <w:proofErr w:type="spellEnd"/>
      <w:r w:rsidRPr="007D3805">
        <w:rPr>
          <w:rFonts w:asciiTheme="minorHAnsi" w:hAnsiTheme="minorHAnsi"/>
          <w:szCs w:val="24"/>
        </w:rPr>
        <w:t>».</w:t>
      </w:r>
    </w:p>
    <w:p w14:paraId="7300B66C" w14:textId="77777777" w:rsidR="00AC3722" w:rsidRPr="007D3805" w:rsidRDefault="00AC3722">
      <w:pPr>
        <w:rPr>
          <w:rFonts w:asciiTheme="minorHAnsi" w:hAnsiTheme="minorHAnsi"/>
          <w:szCs w:val="24"/>
          <w:lang w:val="ru-RU"/>
        </w:rPr>
      </w:pPr>
    </w:p>
    <w:sectPr w:rsidR="00AC3722" w:rsidRPr="007D380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8909508">
    <w:abstractNumId w:val="8"/>
  </w:num>
  <w:num w:numId="2" w16cid:durableId="799542900">
    <w:abstractNumId w:val="6"/>
  </w:num>
  <w:num w:numId="3" w16cid:durableId="1974827267">
    <w:abstractNumId w:val="5"/>
  </w:num>
  <w:num w:numId="4" w16cid:durableId="1230766320">
    <w:abstractNumId w:val="4"/>
  </w:num>
  <w:num w:numId="5" w16cid:durableId="1769882646">
    <w:abstractNumId w:val="7"/>
  </w:num>
  <w:num w:numId="6" w16cid:durableId="268318550">
    <w:abstractNumId w:val="3"/>
  </w:num>
  <w:num w:numId="7" w16cid:durableId="1779527372">
    <w:abstractNumId w:val="2"/>
  </w:num>
  <w:num w:numId="8" w16cid:durableId="441609529">
    <w:abstractNumId w:val="1"/>
  </w:num>
  <w:num w:numId="9" w16cid:durableId="1042562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A6B"/>
    <w:rsid w:val="0029639D"/>
    <w:rsid w:val="00326F90"/>
    <w:rsid w:val="007D3805"/>
    <w:rsid w:val="009D28EB"/>
    <w:rsid w:val="00AA1D8D"/>
    <w:rsid w:val="00AC372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436333"/>
  <w14:defaultImageDpi w14:val="300"/>
  <w15:docId w15:val="{52ABCFF0-9953-4664-8422-86B6B7BB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sens666</cp:lastModifiedBy>
  <cp:revision>3</cp:revision>
  <dcterms:created xsi:type="dcterms:W3CDTF">2026-06-16T22:32:00Z</dcterms:created>
  <dcterms:modified xsi:type="dcterms:W3CDTF">2026-06-16T22:32:00Z</dcterms:modified>
  <cp:category/>
</cp:coreProperties>
</file>