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4021D" w14:textId="77777777" w:rsidR="00D61255" w:rsidRDefault="00364F68">
      <w:pPr>
        <w:jc w:val="center"/>
      </w:pPr>
      <w:r>
        <w:rPr>
          <w:b/>
          <w:sz w:val="36"/>
        </w:rPr>
        <w:t>Техническое задание (ТЗ)</w:t>
      </w:r>
      <w:r>
        <w:rPr>
          <w:b/>
          <w:sz w:val="36"/>
        </w:rPr>
        <w:br/>
        <w:t>Приложение «Онлайн-библиотека»</w:t>
      </w:r>
    </w:p>
    <w:p w14:paraId="4501FB5C" w14:textId="77777777" w:rsidR="00D61255" w:rsidRDefault="00364F68">
      <w:r>
        <w:t>Дата: 09.06.2026</w:t>
      </w:r>
    </w:p>
    <w:p w14:paraId="7814D6C1" w14:textId="77777777" w:rsidR="00D61255" w:rsidRDefault="00364F68">
      <w:r>
        <w:t xml:space="preserve"> </w:t>
      </w:r>
    </w:p>
    <w:p w14:paraId="527F9E40" w14:textId="77777777" w:rsidR="00D61255" w:rsidRDefault="00364F68">
      <w:r>
        <w:rPr>
          <w:b/>
          <w:sz w:val="28"/>
        </w:rPr>
        <w:t>1. Цель проекта</w:t>
      </w:r>
    </w:p>
    <w:p w14:paraId="04E6EC13" w14:textId="77777777" w:rsidR="00D61255" w:rsidRDefault="00364F68">
      <w:r>
        <w:t>Создание мобильного и/или веб-приложения «Онлайн-библиотека», позволяющего пользователям просматривать каталог книг, читать книги онлайн, скачивать книги и создавать собственные коллекции.</w:t>
      </w:r>
    </w:p>
    <w:p w14:paraId="29FB3AD1" w14:textId="77777777" w:rsidR="00D61255" w:rsidRDefault="00364F68">
      <w:r>
        <w:rPr>
          <w:b/>
          <w:sz w:val="28"/>
        </w:rPr>
        <w:t>2. Основные функции приложения</w:t>
      </w:r>
    </w:p>
    <w:p w14:paraId="260C3A52" w14:textId="77777777" w:rsidR="00D61255" w:rsidRDefault="00364F68">
      <w:r>
        <w:t>• Регистрация и авторизация пользователей.</w:t>
      </w:r>
      <w:r>
        <w:br/>
        <w:t>• Поиск книг по названию, автору и жанру.</w:t>
      </w:r>
      <w:r>
        <w:br/>
        <w:t>• Онлайн-чтение книг.</w:t>
      </w:r>
      <w:r>
        <w:br/>
        <w:t>• Скачивание книг для оффлайн-чтения.</w:t>
      </w:r>
      <w:r>
        <w:br/>
        <w:t>• Добавление книг в избранное.</w:t>
      </w:r>
      <w:r>
        <w:br/>
        <w:t>• Оставление отзывов и оценок.</w:t>
      </w:r>
      <w:r>
        <w:br/>
        <w:t>• Административная панель для управления библиотекой.</w:t>
      </w:r>
    </w:p>
    <w:p w14:paraId="3E261FD3" w14:textId="77777777" w:rsidR="00D61255" w:rsidRDefault="00364F68">
      <w:r>
        <w:rPr>
          <w:b/>
          <w:sz w:val="28"/>
        </w:rPr>
        <w:t>3. Технические требования</w:t>
      </w:r>
    </w:p>
    <w:p w14:paraId="579FB8CB" w14:textId="77777777" w:rsidR="00D61255" w:rsidRDefault="00364F68">
      <w:r>
        <w:t>• Поддержка веб-версии и мобильных устройств.</w:t>
      </w:r>
      <w:r>
        <w:br/>
        <w:t>• Использование базы данных для хранения информации.</w:t>
      </w:r>
      <w:r>
        <w:br/>
        <w:t>• Безопасное хранение паролей пользователей.</w:t>
      </w:r>
      <w:r>
        <w:br/>
        <w:t>• Работа через защищенное соединение HTTPS.</w:t>
      </w:r>
      <w:r>
        <w:br/>
        <w:t>• Адаптивный интерфейс.</w:t>
      </w:r>
    </w:p>
    <w:p w14:paraId="2581271A" w14:textId="77777777" w:rsidR="00D61255" w:rsidRDefault="00364F68">
      <w:r>
        <w:rPr>
          <w:b/>
          <w:sz w:val="28"/>
        </w:rPr>
        <w:t>4. Требования к дизайну</w:t>
      </w:r>
    </w:p>
    <w:p w14:paraId="66C5E4BD" w14:textId="77777777" w:rsidR="00D61255" w:rsidRDefault="00364F68">
      <w:r>
        <w:t>Интерфейс должен быть современным, удобным и понятным. Необходимо использовать карточки книг с обложкой, названием, автором и рейтингом. Поддерживаются светлая и темная темы оформления.</w:t>
      </w:r>
    </w:p>
    <w:p w14:paraId="50E50DC3" w14:textId="77777777" w:rsidR="00D61255" w:rsidRDefault="00364F68">
      <w:r>
        <w:rPr>
          <w:b/>
          <w:sz w:val="28"/>
        </w:rPr>
        <w:t>5. Этапы разработки</w:t>
      </w:r>
    </w:p>
    <w:p w14:paraId="7E4DC947" w14:textId="77777777" w:rsidR="00D61255" w:rsidRDefault="00364F68">
      <w:r>
        <w:t>1. Анализ требований.</w:t>
      </w:r>
      <w:r>
        <w:br/>
        <w:t>2. Проектирование интерфейса.</w:t>
      </w:r>
      <w:r>
        <w:br/>
        <w:t>3. Разработка базы данных.</w:t>
      </w:r>
      <w:r>
        <w:br/>
      </w:r>
      <w:r>
        <w:lastRenderedPageBreak/>
        <w:t>4. Создание серверной части.</w:t>
      </w:r>
      <w:r>
        <w:br/>
        <w:t>5. Разработка клиентской части.</w:t>
      </w:r>
      <w:r>
        <w:br/>
        <w:t>6. Тестирование приложения.</w:t>
      </w:r>
      <w:r>
        <w:br/>
        <w:t>7. Публикация и поддержка.</w:t>
      </w:r>
    </w:p>
    <w:p w14:paraId="092FA806" w14:textId="77777777" w:rsidR="00D61255" w:rsidRDefault="00364F68">
      <w:r>
        <w:rPr>
          <w:b/>
          <w:sz w:val="28"/>
        </w:rPr>
        <w:t>6. Критерии приемки</w:t>
      </w:r>
    </w:p>
    <w:p w14:paraId="044DB225" w14:textId="77777777" w:rsidR="00D61255" w:rsidRDefault="00364F68">
      <w:r>
        <w:t>• Все функции работают корректно.</w:t>
      </w:r>
      <w:r>
        <w:br/>
        <w:t>• Приложение стабильно работает на разных устройствах.</w:t>
      </w:r>
      <w:r>
        <w:br/>
        <w:t>• Данные пользователей защищены.</w:t>
      </w:r>
      <w:r>
        <w:br/>
        <w:t>• Интерфейс соответствует требованиям удобства.</w:t>
      </w:r>
    </w:p>
    <w:sectPr w:rsidR="00D6125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7895271">
    <w:abstractNumId w:val="8"/>
  </w:num>
  <w:num w:numId="2" w16cid:durableId="927888043">
    <w:abstractNumId w:val="6"/>
  </w:num>
  <w:num w:numId="3" w16cid:durableId="755201464">
    <w:abstractNumId w:val="5"/>
  </w:num>
  <w:num w:numId="4" w16cid:durableId="1339040696">
    <w:abstractNumId w:val="4"/>
  </w:num>
  <w:num w:numId="5" w16cid:durableId="871958732">
    <w:abstractNumId w:val="7"/>
  </w:num>
  <w:num w:numId="6" w16cid:durableId="836725342">
    <w:abstractNumId w:val="3"/>
  </w:num>
  <w:num w:numId="7" w16cid:durableId="503932824">
    <w:abstractNumId w:val="2"/>
  </w:num>
  <w:num w:numId="8" w16cid:durableId="1225216239">
    <w:abstractNumId w:val="1"/>
  </w:num>
  <w:num w:numId="9" w16cid:durableId="171311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6E22"/>
    <w:rsid w:val="00326F90"/>
    <w:rsid w:val="00364F68"/>
    <w:rsid w:val="00AA1D8D"/>
    <w:rsid w:val="00B47730"/>
    <w:rsid w:val="00CA01C9"/>
    <w:rsid w:val="00CB0664"/>
    <w:rsid w:val="00D612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8F608"/>
  <w14:defaultImageDpi w14:val="300"/>
  <w15:docId w15:val="{B4B11C4A-1597-4B10-B365-6B632D4E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sens666</cp:lastModifiedBy>
  <cp:revision>2</cp:revision>
  <dcterms:created xsi:type="dcterms:W3CDTF">2013-12-23T23:15:00Z</dcterms:created>
  <dcterms:modified xsi:type="dcterms:W3CDTF">2026-06-09T13:39:00Z</dcterms:modified>
  <cp:category/>
</cp:coreProperties>
</file>